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- שש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התחנות במסע הלשון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מכל תחום: הבנת הנקרא, חלקי דיבר, שורשים, מילות קישור, פיסוק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היכולת לזהות לאיזו תחנה שייך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- תחנה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(הבנת הנקרא)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(חלקי 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(שורש ומשפחת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(אוצר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 - מכל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תחנה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להבין טקסטים שקוראים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תחנה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שאפשר לעבור בכל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מתחילה בתחנה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שש תחנות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תחנה 4 נקראת איי הגשרים ועוסקת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מערת האוצר עוסקת באוצר מילים, לא בפיסוק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בעבודה בתחנות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ההסבר על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תחנה להתחיל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התרגילים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לתחנה הבאה לפי הסדר שבוחרים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משלימים את כל שש 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רץ כי הוא שמח - יש שם עצם (ילד), פועל (רץ) ומילת קישור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שיקשרו לנושא התחנה שבחרו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המשפחות (תחנה 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אפשריות: כי, אבל, לכן, גם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כהקדמה לפני תחילת העבודה בתחנות או כסיכום בסופן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ולתת לכל קבוצה להתחיל בתחנה אחרת כפי שמוצע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להדפיס את חלק ההתאמה כגזירה ומשחק זיכרון לתלמידים המתקשים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הלשון - שש התחנות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במסע הלשון יש שש תחנות, כל אחת עוסקת בנושא אחר בלשון העברית. בדף הזה נכיר את כל התחנות ונתרגל דוגמה קטנה מכל אחת מהן.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- תחנה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1 - מגדלור הקוראים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2 - תחנת הרכבת של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הבנת הנקרא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3 - עץ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חלקי דיבר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4 - איי הגשרים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אוצר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5 - עיר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ומשפחת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תחנה 6 - מערת האוצר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מילות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 -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תחנה לומדים על שם עצם, פועל ושם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המשותף למילים: כותב, מכתב,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פיסוק מסמן 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תחנת הבנת הנקרא?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טקסטים שקוראים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לזכור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תחנה עוסקת בהרחבת אוצר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בתחנות בכל סדר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בעבודה בקבוצות כל הקבוצות חייבות להתחיל באותה 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שבע תחנות במסע הלשון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4 עוסקת במילות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מערת האוצר היא התחנה שעוסקת בסימני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בתחנה הנקראת עץ המשפחות לומדים על __________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כמו __________ ו-אבל הן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הסימן שמסמן הפסקה קטנה בתוך משפט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התחנה שעוסקת בחלקי דיבר הוא תחנת ה__________ של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בתחנת מגדלור הקוראים מתרגלים __________ הנקרא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שלבים בעבודה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תחנה להתחיל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לתחנה הבאה לפי הסדר שבוחרים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ההסבר על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כל שש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התרגילים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גם שם עצם, גם פועל וגם מילת קישור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תחנה אחת וכתבו במשפט אחד למה היא מעניינת אתכם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התחנה שעוסקת בשורשים?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הלשון - שש התחנות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