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הלשון - שש התחנות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 התחנות במסע הלשון ואת הנושא של 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מכל תחום: הבנת הנקרא, חלקי דיבר, שורשים, מילות קישור, פיסוק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היכולת לזהות לאיזו תחנה שייך כל 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 - תחנה ונושא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(הבנת הנקרא)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(חלקי דיבר)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(שורש ומשפחת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(מילות קישור)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(סימני פיסוק)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(אוצר מילים)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 - מכל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תחנה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להבין טקסטים שקוראים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תחנה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בדף שאפשר לעבור בכל 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קבוצה מתחילה בתחנה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שש תחנות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תחנה 4 נקראת איי הגשרים ועוסקת במילות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מערת האוצר עוסקת באוצר מילים, לא בפיסוק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הבנת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שלבים בעבודה בתחנות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ההסבר על התחנה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תחנה להתחיל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פותרים את התרגילים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עוברים לתחנה הבאה לפי הסדר שבוחרים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משלימים את כל שש התחנות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 רץ כי הוא שמח - יש שם עצם (ילד), פועל (רץ) ומילת קישור (כי)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חשוב שיקשרו לנושא התחנה שבחרו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עץ המשפחות (תחנה 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אפשריות: כי, אבל, לכן, גם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כהקדמה לפני תחילת העבודה בתחנות או כסיכום בסופן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הכיתה לקבוצות ולתת לכל קבוצה להתחיל בתחנה אחרת כפי שמוצע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להדפיס את חלק ההתאמה כגזירה ומשחק זיכרון לתלמידים המתקשים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הלשון - שש התחנות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שישה תחנות. בכל תחנה לומדים נושא אחר בעברית. בדף הזה יש תרגיל קטן מכל תחנה.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הבנת הנקרא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טקסט שקוראים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חלקי דיבר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סוגי מילים: שם עצם, פועל, שם תואר ועוד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 ארבע אותיות שחוזרות במשפחת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שיש להן 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שמחברות בין משפטים או רעיונות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סימני פיסוק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כמו נקודה ופסיק שעוזרים להבין 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אוצר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שאדם מכיר ומשתמש בהן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 - תחנה ונושא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תחנה 1 - מגדלור הקוראים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חלקי דיבר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תחנה 2 - תחנת הרכבת של המילים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שורש ומשפחת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תחנה 3 - עץ המשפחות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סימני פיסוק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תחנה 4 - איי הגשרים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אוצר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תחנה 5 - עיר הסימנים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מילות קישור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תחנה 6 - מערת האוצר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הבנת הנקרא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מרובה - מכל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לומדים על סוגי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תחנה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תחנה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תחנה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תחנה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שורש חוזר בכל המילים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מחברת בין משפטים?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סימן שמים בסוף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בתחנה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להבין טקסטים שקוראים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לזכור מילות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לתרגל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איפה לומדים מילים חדשות?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תחנה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תחנה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תחנה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תחנה 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לעבור בתחנות בכל סדר שרוצים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בעבודה בקבוצות כל הקבוצות חייבות להתחיל באותה תחנה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שבע תחנות במסע הלשון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תחנה 4 עוסקת במילות קישור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מערת האוצר היא התחנה שעוסקת בסימני פיסוק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בתחנה הנקראת עץ המשפחות לומדים על __________ ומשפחת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מילים כמו __________ ו-אבל הן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הסימן שמסמן הפסקה קטנה בתוך משפט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התחנה שעוסקת בחלקי דיבר הוא תחנת ה__________ של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בתחנת מגדלור הקוראים מתרגלים __________ הנקרא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שלבים בעבודה בתחנות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משלימים את כל שש התחנות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התרגילים בתחנה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תחנה להתחיל 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ההסבר על התחנה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עוברים לתחנה הבאה לפי הסדר שבוחרים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גם שם עצם, גם פועל וגם מילת קישור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תחנה אחת וכתבו במשפט אחד למה היא מעניינת אתכם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תחנות יש במסע הלשון?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התחנה שעוסקת בשורשים?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למילת קישור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הלשון - שש התחנות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