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מכל תחום: הבנת הנקרא, חלקי דיבר, שורשים,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לזהות לאיזו תחנה שייך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תחנה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(מילות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 - מכל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תחנה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שאפשר לעבור בכל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מתחילה בתחנה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בעבודה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ההסבר על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תחנה להתחיל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התרגילים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לפי הסדר שבוחרים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רץ כי הוא שמח - יש שם עצם (ילד), פועל (רץ) ומילת קישור (כי)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המשפחות (תחנה 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כי, אבל, לכן, גם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כהקדמה לפני תחילת העבודה בתחנות או כסיכום בסופן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ולתת לכל קבוצה להתחיל בתחנה אחרת כפי שמוצע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להדפיס את חלק ההתאמה כגזירה ומשחק זיכרון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במסע הלשון יש שש תחנות, כל אחת עוסקת בנושא אחר בלשון העברית. בדף הזה נכיר את כל התחנות ונתרגל דוגמה קטנה מכל אחת מהן.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שורש  ·  פסיק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- תחנה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1 -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חלקי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2 -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3 -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הבנת הנקרא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4 -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שורש ומשפחת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 -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תחנה לומדים על שם עצם, פועל ושם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תחנה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תחנה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המשותף למילים: כותב, מכתב,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לעבור בתחנות בכל סדר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בעבודה בקבוצות כל הקבוצות חייבות להתחיל באותה 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בתחנה הנקראת עץ המשפחות לומדים על __________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מילים כמו __________ ו-אבל הן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הסימן שמסמן הפסקה קטנה בתוך משפט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שלבים בעבודה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לתחנה הבאה לפי הסדר שבוחרים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ההסבר על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תחנה להתחיל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התרגילים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גם שם עצם, גם פועל וגם מילת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התחנה שעוסקת בשורשים?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- שש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